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Indodana</w:t>
      </w:r>
    </w:p>
    <w:p/>
    <w:p>
      <w:pPr>
        <w:pStyle w:val="Heading2"/>
      </w:pPr>
      <w:r>
        <w:rPr>
          <w:sz w:val="28"/>
        </w:rPr>
        <w:t>Stimme (Sopran/Alt Grp)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ah ku lu le | ah_ uu_ le | ah | le le eh uu | li ku | la ah ah ah uu | Oh_ Ba-ba Oh_ Ba- | le_ le eh | Oh Ba-ba Oh_ Ba-ba,_ Ba-ba | Ba-ba | ba,_ Ba-ba | Ba-ba | Je-ho-va Oh_ Ba-ba Oh_ Ba-ba,_ Ba-ba | Ba-ba Je- | ho-va-Je-ho-va! | uu_  | si-_ am mah uu | si-_ am mah uu-uu In-do-da-na_  | na |</w:t>
      </w:r>
    </w:p>
    <w:p/>
    <w:p/>
    <w:p>
      <w:pPr>
        <w:pStyle w:val="Heading2"/>
      </w:pPr>
      <w:r>
        <w:rPr>
          <w:sz w:val="28"/>
        </w:rPr>
        <w:t>Stimme (Sopran)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Ngob 'um-tha-thi-le_  | eh_  | Umn-twa-na wa-kho_  | U-hla-le na-thi | eh_  | ho-lo-lo ho | he-le-le he Ngob 'um-tha-thi-le_  | eh_  | Umn-twa-na wa-kho_  | U-hla-le na-thi | eh_  | ho-lo-lo ho | he-le-le he In-do-da-na_  | ah_  | Kan-nku-lun-ku-lu_  | Bayi 'be-the-le-la | ah_  | ho-lo-lo ho | he-le-le he In-do-da-na_  | na_  | Kan-nku-lun-ku_ lu_  | Bayi 'be-the-le-la | ah_  | ho-lo-lo ho | he-le-le he Oh_ Ba-ba, Oh_ Ba-ba,_ Ba-ba | Ba-ba Je-ho-va | ah_  | Ho-lo-lo | he-le-le he, Oh_ Ba-ba, Ba-ba,_ Ba-ba Je-ho-va | ah_  | Ho-lo-lo ho | he-le-le he Ngob 'um-tha-thi-le_  | le_  | Um-twa-na wak-ho_  | Uh-ka-le na-thi | eh_  | ho-lo-lo ho | he-le-le le In-do-da-na_  | na_  | Ka Nku-lun-ku-lu_  | Bayi 'be-the-le-la | ah_  | ho-lo-lo ho | he-le-le he</w:t>
      </w:r>
    </w:p>
    <w:p/>
    <w:p/>
    <w:p>
      <w:pPr>
        <w:pStyle w:val="Heading2"/>
      </w:pPr>
      <w:r>
        <w:rPr>
          <w:sz w:val="28"/>
        </w:rPr>
        <w:t>Stimme (Mezzo)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Ngob 'um-tha-thi-le_  | eh_  | Umn-twa-na wa-kho_  | U-hla-le na-thi | eh_  | ho-lo-lo ho | he-le-le he Ngob 'um-tha-thi-le_  | eh_  | Umn-twa-na wa-kho_  | U-hla-le na-thi | eh_  | ho-lo-lo ho | he-le-le he In-do-da-na_  | ah_  | Kan-nku-lun-ku-lu_  | Bayi 'be-the-le-la | ah_  | ho-lo-lo ho | he-le-le he In-do-da-na_  | na_  | Kan-nku-lun-ku_ lu_  | Bayi 'be-the-le-la | ah_  | ho-lo-lo ho | he-le-le he | Ba-ba,_ Ba-ba Je-ho-va | ah_  | Ho-lo-lo ho | he-le-le he | Ba-ba,_ Ba-ba Je-ho-va | ah_  | Ho-lo-lo ho | he-le-le he Ngob 'um-tha-thi-le_  | le_  | Um-twa-na wak-ho_  | Uh-ka-le na-thi | eh_  | ho-lo-lo ho | he-le-le le In-do-da-na_  | na_  | Ka Nku-lun-ku-lu_  | Bayi 'be-the-le-la | ah_  | ho-lo-lo ho | he-le-le he</w:t>
      </w:r>
    </w:p>
    <w:p/>
    <w:p/>
    <w:p>
      <w:pPr>
        <w:pStyle w:val="Heading2"/>
      </w:pPr>
      <w:r>
        <w:rPr>
          <w:sz w:val="28"/>
        </w:rPr>
        <w:t>Stimme (Alt)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uu_  | uu_  | uu sha le na thi | le le he Zjem Zjem_ zja ba-ba ah ku lu lu le | ah uu_ Zjem Zjem_ zja ba-ba li ku lu la le_  | ah uu uu_  | Ba-ba, Ba-ba | Je-ho-va! | Ho Ba-ba Ba-ba, Ba ba Je-ho-va | si-_ am mah uu_  | si-_ am-mah uu | uu_ Zjem Zjem_ zja ba-ba mmh_  | mmh_</w:t>
      </w:r>
    </w:p>
    <w:p/>
    <w:p/>
    <w:p>
      <w:pPr>
        <w:pStyle w:val="Heading2"/>
      </w:pPr>
      <w:r>
        <w:rPr>
          <w:sz w:val="28"/>
        </w:rPr>
        <w:t>Stimme (Tenor)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uu_  | uu_  | uu sha le na thi | le le he Zjem Zjem_ zja ba-ba ah ku lu lu le | ah uu_ Zjem Zjem_ zja ba-ba li ku lu la le_  | ah uu uu_  | si-am le le-eh eh Ba-ba | Je-ho-va! | Ho Ba-ba si-am le le-eh_ Ba ba Je-ho-va | si-am mah uu uu | si-_ am mah uu | uu_ Zjem Zjem_ zja ba-ba mmh_  | mmh_</w:t>
      </w:r>
    </w:p>
    <w:p/>
    <w:p/>
    <w:p>
      <w:pPr>
        <w:pStyle w:val="Heading2"/>
      </w:pPr>
      <w:r>
        <w:rPr>
          <w:sz w:val="28"/>
        </w:rPr>
        <w:t>Stimme (Bass)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uu_  | uu_  | uu sha | na thi | le | le he Zjem Zjem_ zja ba-ba ah ku lu le | ah uu_  | Zjem Zjem_ zja ba-ba li ku la le_  | ah | uu uu_  | Ho Ba-ba Ba- | ba, ho Ba-ba, Ba-ba |  | Je-ho-va! | Ho Ba-ba | Ba-ba, ho Ba-ba Ba ba Je-ho-va | uu_  | uu_  | Zjem Zjem_ zja ba-ba mmh_  | mmh_  |</w:t>
      </w:r>
    </w:p>
    <w:p/>
    <w:p/>
    <w:p/>
    <w:p>
      <w:r>
        <w:rPr>
          <w:i/>
          <w:sz w:val="18"/>
        </w:rPr>
        <w:t>Die Liedtexte basieren auf den Noten vom 22.05.2026</w:t>
      </w:r>
    </w:p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